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1C1C"/>
          <w:sz w:val="18"/>
        </w:rPr>
        <w:t>CURSOS ES POSIBLE · SIMÓN LEVY</w:t>
      </w:r>
    </w:p>
    <w:p>
      <w:r>
        <w:rPr>
          <w:rFonts w:ascii="Georgia" w:hAnsi="Georgia"/>
          <w:color w:val="1A1A1A"/>
          <w:sz w:val="52"/>
        </w:rPr>
        <w:t>Mi plan de 90 días</w:t>
      </w:r>
    </w:p>
    <w:p>
      <w:r>
        <w:rPr>
          <w:i/>
          <w:color w:val="4A4A46"/>
          <w:sz w:val="26"/>
        </w:rPr>
        <w:t>Cinco pasos con fecha. Llénalo, fírmalo y pégalo donde lo veas todos los días.</w:t>
      </w:r>
    </w:p>
    <w:p>
      <w:pPr>
        <w:spacing w:before="280"/>
      </w:pPr>
      <w:r>
        <w:rPr>
          <w:b/>
          <w:color w:val="B81C1C"/>
          <w:sz w:val="30"/>
        </w:rPr>
        <w:t>Días 1 a 15</w:t>
      </w:r>
    </w:p>
    <w:p>
      <w:r>
        <w:t>Elegir eslabón y estado. Hacer la ficha de capacidades.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de inicio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límite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Lo que voy a entregar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Quién me ayuda</w:t>
            </w:r>
          </w:p>
        </w:tc>
        <w:tc>
          <w:tcPr>
            <w:tcW w:type="dxa" w:w="6336"/>
          </w:tcPr>
          <w:p>
            <w:r/>
          </w:p>
        </w:tc>
      </w:tr>
    </w:tbl>
    <w:p>
      <w:pPr>
        <w:spacing w:before="280"/>
      </w:pPr>
      <w:r>
        <w:rPr>
          <w:b/>
          <w:color w:val="B81C1C"/>
          <w:sz w:val="30"/>
        </w:rPr>
        <w:t>Días 16 a 30</w:t>
      </w:r>
    </w:p>
    <w:p>
      <w:r>
        <w:t>Pedir el análisis de brechas. Cotizar con dos organismos.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de inicio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límite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Lo que voy a entregar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Quién me ayuda</w:t>
            </w:r>
          </w:p>
        </w:tc>
        <w:tc>
          <w:tcPr>
            <w:tcW w:type="dxa" w:w="6336"/>
          </w:tcPr>
          <w:p>
            <w:r/>
          </w:p>
        </w:tc>
      </w:tr>
    </w:tbl>
    <w:p>
      <w:pPr>
        <w:spacing w:before="280"/>
      </w:pPr>
      <w:r>
        <w:rPr>
          <w:b/>
          <w:color w:val="B81C1C"/>
          <w:sz w:val="30"/>
        </w:rPr>
        <w:t>Días 31 a 60</w:t>
      </w:r>
    </w:p>
    <w:p>
      <w:r>
        <w:t>Armar la lista de 20 compradores.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de inicio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límite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Lo que voy a entregar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Quién me ayuda</w:t>
            </w:r>
          </w:p>
        </w:tc>
        <w:tc>
          <w:tcPr>
            <w:tcW w:type="dxa" w:w="6336"/>
          </w:tcPr>
          <w:p>
            <w:r/>
          </w:p>
        </w:tc>
      </w:tr>
    </w:tbl>
    <w:p>
      <w:pPr>
        <w:spacing w:before="280"/>
      </w:pPr>
      <w:r>
        <w:rPr>
          <w:b/>
          <w:color w:val="B81C1C"/>
          <w:sz w:val="30"/>
        </w:rPr>
        <w:t>Días 61 a 75</w:t>
      </w:r>
    </w:p>
    <w:p>
      <w:r>
        <w:t>Mandar los primeros correos y conseguir llamadas.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de inicio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límite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Lo que voy a entregar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Quién me ayuda</w:t>
            </w:r>
          </w:p>
        </w:tc>
        <w:tc>
          <w:tcPr>
            <w:tcW w:type="dxa" w:w="6336"/>
          </w:tcPr>
          <w:p>
            <w:r/>
          </w:p>
        </w:tc>
      </w:tr>
    </w:tbl>
    <w:p>
      <w:pPr>
        <w:spacing w:before="280"/>
      </w:pPr>
      <w:r>
        <w:rPr>
          <w:b/>
          <w:color w:val="B81C1C"/>
          <w:sz w:val="30"/>
        </w:rPr>
        <w:t>Días 76 a 90</w:t>
      </w:r>
    </w:p>
    <w:p>
      <w:r>
        <w:t>Pedir la primera solicitud de cotización.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de inicio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límite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Lo que voy a entregar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Quién me ayuda</w:t>
            </w:r>
          </w:p>
        </w:tc>
        <w:tc>
          <w:tcPr>
            <w:tcW w:type="dxa" w:w="6336"/>
          </w:tcPr>
          <w:p>
            <w:r/>
          </w:p>
        </w:tc>
      </w:tr>
    </w:tbl>
    <w:p>
      <w:pPr>
        <w:spacing w:before="280"/>
      </w:pPr>
      <w:r>
        <w:rPr>
          <w:b/>
          <w:color w:val="B81C1C"/>
          <w:sz w:val="30"/>
        </w:rPr>
        <w:t>Mi compromiso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Mi eslabón y mi estado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Mi certificación objetivo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Mis tres primeros compradores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 de mi primer correo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6336"/>
          </w:tcPr>
          <w:p>
            <w:r/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plan de 90 días</dc:title>
  <dc:subject/>
  <dc:creator>Simón Levy</dc:creator>
  <cp:keywords/>
  <dc:description/>
  <cp:lastModifiedBy>Simón Levy</cp:lastModifiedBy>
  <cp:revision>1</cp:revision>
  <dcterms:created xsi:type="dcterms:W3CDTF">2013-12-23T23:15:00Z</dcterms:created>
  <dcterms:modified xsi:type="dcterms:W3CDTF">2013-12-23T23:15:00Z</dcterms:modified>
  <cp:category/>
</cp:coreProperties>
</file>