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81C1C"/>
          <w:sz w:val="18"/>
        </w:rPr>
        <w:t>CURSOS ES POSIBLE · SIMÓN LEVY</w:t>
      </w:r>
    </w:p>
    <w:p>
      <w:r>
        <w:rPr>
          <w:rFonts w:ascii="Georgia" w:hAnsi="Georgia"/>
          <w:color w:val="1A1A1A"/>
          <w:sz w:val="52"/>
        </w:rPr>
        <w:t>Correos y guion de llamada</w:t>
      </w:r>
    </w:p>
    <w:p>
      <w:r>
        <w:rPr>
          <w:i/>
          <w:color w:val="4A4A46"/>
          <w:sz w:val="26"/>
        </w:rPr>
        <w:t>Primer correo, seguimiento y la llamada de 20 minutos. En español y en inglés.</w:t>
      </w:r>
    </w:p>
    <w:p>
      <w:pPr>
        <w:spacing w:before="280"/>
      </w:pPr>
      <w:r>
        <w:rPr>
          <w:b/>
          <w:color w:val="B81C1C"/>
          <w:sz w:val="28"/>
        </w:rPr>
        <w:t>Primer correo (español)</w:t>
      </w:r>
    </w:p>
    <w:p>
      <w:r>
        <w:t>Asunto: Proveedor en [estado] para [proceso]: capacidad disponible</w:t>
      </w:r>
    </w:p>
    <w:p>
      <w:r>
        <w:t>Buen día, [nombre]:</w:t>
      </w:r>
    </w:p>
    <w:p>
      <w:r>
        <w:t>Soy [tu nombre], de [empresa], en [ciudad]. Hacemos [proceso] en [materiales] con tolerancias de [tolerancia] para [clientes o industria].</w:t>
      </w:r>
    </w:p>
    <w:p>
      <w:r>
        <w:t>Sabemos que su planta de [ciudad] compra [pieza o proceso]. Tenemos capacidad disponible desde [fecha] y estamos en proceso de [certificación].</w:t>
      </w:r>
    </w:p>
    <w:p>
      <w:r>
        <w:t>¿Podemos tener una llamada de 20 minutos la próxima semana para entender qué necesita su equipo de compras?</w:t>
      </w:r>
    </w:p>
    <w:p>
      <w:r>
        <w:t>Saludos,</w:t>
      </w:r>
    </w:p>
    <w:p>
      <w:r>
        <w:t>[nombre] · [teléfono] · [sitio web]</w:t>
      </w:r>
    </w:p>
    <w:p>
      <w:pPr>
        <w:spacing w:before="280"/>
      </w:pPr>
      <w:r>
        <w:rPr>
          <w:b/>
          <w:color w:val="B81C1C"/>
          <w:sz w:val="28"/>
        </w:rPr>
        <w:t>First email (English)</w:t>
      </w:r>
    </w:p>
    <w:p>
      <w:r>
        <w:t>Subject: [State]-based supplier for [process]: capacity available</w:t>
      </w:r>
    </w:p>
    <w:p>
      <w:r>
        <w:t>Hello [name],</w:t>
      </w:r>
    </w:p>
    <w:p>
      <w:r>
        <w:t>I am [your name] from [company] in [city], Mexico. We do [process] in [materials] at [tolerance] tolerances for [customers or industry].</w:t>
      </w:r>
    </w:p>
    <w:p>
      <w:r>
        <w:t>We understand your [city] plant buys [part or process]. We have capacity available from [date] and are working toward [certification].</w:t>
      </w:r>
    </w:p>
    <w:p>
      <w:r>
        <w:t>Could we have a 20 minute call next week to understand what your purchasing team needs?</w:t>
      </w:r>
    </w:p>
    <w:p>
      <w:r>
        <w:t>Best regards,</w:t>
      </w:r>
    </w:p>
    <w:p>
      <w:r>
        <w:t>[name] · [phone] · [website]</w:t>
      </w:r>
    </w:p>
    <w:p>
      <w:pPr>
        <w:spacing w:before="280"/>
      </w:pPr>
      <w:r>
        <w:rPr>
          <w:b/>
          <w:color w:val="B81C1C"/>
          <w:sz w:val="28"/>
        </w:rPr>
        <w:t>Seguimiento a los 7 días (español)</w:t>
      </w:r>
    </w:p>
    <w:p>
      <w:r>
        <w:t>Asunto: Seguimiento: [proceso] para su planta de [ciudad]</w:t>
      </w:r>
    </w:p>
    <w:p>
      <w:r>
        <w:t>Buen día, [nombre]:</w:t>
      </w:r>
    </w:p>
    <w:p>
      <w:r>
        <w:t>Le escribo para dar seguimiento a mi correo del [fecha]. Adjunto nuestra ficha de capacidades de una página.</w:t>
      </w:r>
    </w:p>
    <w:p>
      <w:r>
        <w:t>¿Le funciona una llamada de 20 minutos el [día] o el [día]?</w:t>
      </w:r>
    </w:p>
    <w:p>
      <w:r>
        <w:t>Saludos,</w:t>
      </w:r>
    </w:p>
    <w:p>
      <w:r>
        <w:t>[nombre]</w:t>
      </w:r>
    </w:p>
    <w:p>
      <w:pPr>
        <w:spacing w:before="280"/>
      </w:pPr>
      <w:r>
        <w:rPr>
          <w:b/>
          <w:color w:val="B81C1C"/>
          <w:sz w:val="28"/>
        </w:rPr>
        <w:t>Follow-up after 7 days (English)</w:t>
      </w:r>
    </w:p>
    <w:p>
      <w:r>
        <w:t>Subject: Follow-up: [process] for your [city] plant</w:t>
      </w:r>
    </w:p>
    <w:p>
      <w:r>
        <w:t>Hello [name],</w:t>
      </w:r>
    </w:p>
    <w:p>
      <w:r>
        <w:t>I am following up on my email from [date]. Attached is our one-page capability statement.</w:t>
      </w:r>
    </w:p>
    <w:p>
      <w:r>
        <w:t>Would a 20 minute call on [day] or [day] work for you?</w:t>
      </w:r>
    </w:p>
    <w:p>
      <w:r>
        <w:t>Best regards,</w:t>
      </w:r>
    </w:p>
    <w:p>
      <w:r>
        <w:t>[name]</w:t>
      </w:r>
    </w:p>
    <w:p>
      <w:pPr>
        <w:spacing w:before="280"/>
      </w:pPr>
      <w:r>
        <w:rPr>
          <w:b/>
          <w:color w:val="B81C1C"/>
          <w:sz w:val="32"/>
        </w:rPr>
        <w:t>Guion de la llamada de 20 minutos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1A1A1A"/>
          </w:tcPr>
          <w:p>
            <w:r>
              <w:rPr>
                <w:color w:val="FFFFFF"/>
              </w:rPr>
              <w:t>Tiempo</w:t>
            </w:r>
          </w:p>
        </w:tc>
        <w:tc>
          <w:tcPr>
            <w:tcW w:type="dxa" w:w="3216"/>
            <w:shd w:val="clear" w:color="auto" w:fill="1A1A1A"/>
          </w:tcPr>
          <w:p>
            <w:r>
              <w:rPr>
                <w:color w:val="FFFFFF"/>
              </w:rPr>
              <w:t>Qué haces</w:t>
            </w:r>
          </w:p>
        </w:tc>
        <w:tc>
          <w:tcPr>
            <w:tcW w:type="dxa" w:w="3216"/>
            <w:shd w:val="clear" w:color="auto" w:fill="1A1A1A"/>
          </w:tcPr>
          <w:p>
            <w:r>
              <w:rPr>
                <w:color w:val="FFFFFF"/>
              </w:rPr>
              <w:t>In English</w:t>
            </w:r>
          </w:p>
        </w:tc>
      </w:tr>
      <w:tr>
        <w:tc>
          <w:tcPr>
            <w:tcW w:type="dxa" w:w="3216"/>
          </w:tcPr>
          <w:p>
            <w:r>
              <w:t>Minuto 0 a 2</w:t>
            </w:r>
          </w:p>
        </w:tc>
        <w:tc>
          <w:tcPr>
            <w:tcW w:type="dxa" w:w="3216"/>
          </w:tcPr>
          <w:p>
            <w:r>
              <w:t>Agradece, preséntate en dos frases y confirma el tiempo.</w:t>
            </w:r>
          </w:p>
        </w:tc>
        <w:tc>
          <w:tcPr>
            <w:tcW w:type="dxa" w:w="3216"/>
          </w:tcPr>
          <w:p>
            <w:r>
              <w:t>Thank you for your time. I will keep it to 20 minutes.</w:t>
            </w:r>
          </w:p>
        </w:tc>
      </w:tr>
      <w:tr>
        <w:tc>
          <w:tcPr>
            <w:tcW w:type="dxa" w:w="3216"/>
          </w:tcPr>
          <w:p>
            <w:r>
              <w:t>Minuto 2 a 12</w:t>
            </w:r>
          </w:p>
        </w:tc>
        <w:tc>
          <w:tcPr>
            <w:tcW w:type="dxa" w:w="3216"/>
          </w:tcPr>
          <w:p>
            <w:r>
              <w:t>¿Qué procesos les cuesta más conseguir? ¿Qué proveedor les falla? ¿Qué certificación exigen?</w:t>
            </w:r>
          </w:p>
        </w:tc>
        <w:tc>
          <w:tcPr>
            <w:tcW w:type="dxa" w:w="3216"/>
          </w:tcPr>
          <w:p>
            <w:r>
              <w:t>Which processes are hardest to source? Where do suppliers let you down? What certifications do you require?</w:t>
            </w:r>
          </w:p>
        </w:tc>
      </w:tr>
      <w:tr>
        <w:tc>
          <w:tcPr>
            <w:tcW w:type="dxa" w:w="3216"/>
          </w:tcPr>
          <w:p>
            <w:r>
              <w:t>Minuto 12 a 16</w:t>
            </w:r>
          </w:p>
        </w:tc>
        <w:tc>
          <w:tcPr>
            <w:tcW w:type="dxa" w:w="3216"/>
          </w:tcPr>
          <w:p>
            <w:r>
              <w:t>Conecta lo que escuchaste con tu ficha. Una sola capacidad, con evidencia.</w:t>
            </w:r>
          </w:p>
        </w:tc>
        <w:tc>
          <w:tcPr>
            <w:tcW w:type="dxa" w:w="3216"/>
          </w:tcPr>
          <w:p>
            <w:r>
              <w:t>Connect what you heard to one capability, with evidence.</w:t>
            </w:r>
          </w:p>
        </w:tc>
      </w:tr>
      <w:tr>
        <w:tc>
          <w:tcPr>
            <w:tcW w:type="dxa" w:w="3216"/>
          </w:tcPr>
          <w:p>
            <w:r>
              <w:t>Minuto 16 a 20</w:t>
            </w:r>
          </w:p>
        </w:tc>
        <w:tc>
          <w:tcPr>
            <w:tcW w:type="dxa" w:w="3216"/>
          </w:tcPr>
          <w:p>
            <w:r>
              <w:t>Pide una solicitud de cotización de prueba y acuerda la fecha.</w:t>
            </w:r>
          </w:p>
        </w:tc>
        <w:tc>
          <w:tcPr>
            <w:tcW w:type="dxa" w:w="3216"/>
          </w:tcPr>
          <w:p>
            <w:r>
              <w:t>Could you send us a trial RFQ? When should we expect it?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Correos y guion de llamada</dc:title>
  <dc:subject/>
  <dc:creator>Simón Levy</dc:creator>
  <cp:keywords/>
  <dc:description/>
  <cp:lastModifiedBy>Simón Levy</cp:lastModifiedBy>
  <cp:revision>1</cp:revision>
  <dcterms:created xsi:type="dcterms:W3CDTF">2013-12-23T23:15:00Z</dcterms:created>
  <dcterms:modified xsi:type="dcterms:W3CDTF">2013-12-23T23:15:00Z</dcterms:modified>
  <cp:category/>
</cp:coreProperties>
</file>